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Eidesstattliche Versicherung – Muster</w:t>
      </w:r>
    </w:p>
    <w:p>
      <w:pPr>
        <w:shd w:val="clear" w:color="auto" w:fill="F3F1EB"/>
        <w:pBdr>
          <w:left w:val="single" w:sz="18" w:space="6" w:color="154A35"/>
        </w:pBdr>
        <w:spacing w:before="120" w:after="240"/>
        <w:ind w:left="170"/>
      </w:pPr>
      <w:r>
        <w:rPr>
          <w:i/>
          <w:color w:val="4A5A53"/>
          <w:sz w:val="19"/>
        </w:rPr>
        <w:t>NICHT UNGEPRÜFT UNTERSCHREIBEN. Es dürfen nur Tatsachen versichert werden, die persönlich sicher bekannt und wahr sind. Unklare oder geschätzte Angaben müssen vor der Unterzeichnung korrigiert oder gestrichen werden. Eine vorsätzlich oder fahrlässig falsche Versicherung an Eides statt kann strafbar sein.</w:t>
      </w:r>
    </w:p>
    <w:p>
      <w:pPr>
        <w:spacing w:before="280" w:after="120"/>
      </w:pPr>
      <w:r>
        <w:rPr>
          <w:b/>
          <w:color w:val="0D1A15"/>
          <w:sz w:val="30"/>
        </w:rPr>
        <w:t>Eidesstattliche Versicherung</w:t>
      </w:r>
    </w:p>
    <w:p>
      <w:r>
        <w:t>Ich, [Vorname Nachname], wohnhaft [Anschrift], versichere an Eides statt:</w:t>
      </w:r>
    </w:p>
    <w:p>
      <w:pPr>
        <w:pStyle w:val="ListBullet"/>
        <w:spacing w:after="60"/>
      </w:pPr>
      <w:r>
        <w:t>Ich beziehe derzeit Leistungen zur Sicherung des Lebensunterhalts nach dem SGB II. Der aktuelle Bewilligungsbescheid liegt als Anlage vor.</w:t>
      </w:r>
    </w:p>
    <w:p>
      <w:pPr>
        <w:pStyle w:val="ListBullet"/>
        <w:spacing w:after="60"/>
      </w:pPr>
      <w:r>
        <w:t>Ich verfüge über kein verwertbares Vermögen, aus dem ich die Kosten meiner ärztlich verordneten Therapie finanzieren könnte. Meine aktuellen Kontostände und Kontoauszüge lege ich offen.</w:t>
      </w:r>
    </w:p>
    <w:p>
      <w:pPr>
        <w:pStyle w:val="ListBullet"/>
        <w:spacing w:after="60"/>
      </w:pPr>
      <w:r>
        <w:t>Die mir vorliegende Kostenaufstellung der Apotheke vom [Datum] weist für die aktuell benötigte Versorgung einen Gesamtbetrag von [Betrag] Euro aus. Diesen Betrag kann ich weder aus meinen laufenden Leistungen noch durch Einsparungen bezahlen.</w:t>
      </w:r>
    </w:p>
    <w:p>
      <w:pPr>
        <w:pStyle w:val="ListBullet"/>
        <w:spacing w:after="60"/>
      </w:pPr>
      <w:r>
        <w:t>Bis zum [Datum] wurde meine ärztlich verordnete Therapie [Art der bisherigen Finanzierung] abgewickelt.</w:t>
      </w:r>
    </w:p>
    <w:p>
      <w:pPr>
        <w:pStyle w:val="ListBullet"/>
        <w:spacing w:after="60"/>
      </w:pPr>
      <w:r>
        <w:t>Nach dem [Datum] wurde mir mitgeteilt bzw. habe ich erfahren, dass eine Abrechnung über die gesetzliche Krankenversicherung nicht mehr möglich ist. [Genau angeben: Wer hat wann und in welcher Form informiert?]</w:t>
      </w:r>
    </w:p>
    <w:p>
      <w:pPr>
        <w:pStyle w:val="ListBullet"/>
        <w:spacing w:after="60"/>
      </w:pPr>
      <w:r>
        <w:t xml:space="preserve">Mein derzeitiger Vorrat beträgt am </w:t>
      </w:r>
      <w:r>
        <w:t>[Datum]</w:t>
      </w:r>
      <w:r>
        <w:t xml:space="preserve"> nach eigener Messung </w:t>
      </w:r>
      <w:r>
        <w:t>[exakt festgestellte Menge]</w:t>
      </w:r>
      <w:r>
        <w:t xml:space="preserve">. Bei der ärztlich verordneten Tagesdosis von </w:t>
      </w:r>
      <w:r>
        <w:t>[Menge]</w:t>
      </w:r>
      <w:r>
        <w:t xml:space="preserve"> reicht dieser Vorrat rechnerisch voraussichtlich bis zum </w:t>
      </w:r>
      <w:r>
        <w:t>[Datum]</w:t>
      </w:r>
      <w:r>
        <w:t>.</w:t>
      </w:r>
    </w:p>
    <w:p>
      <w:pPr>
        <w:pStyle w:val="ListBullet"/>
        <w:spacing w:after="60"/>
      </w:pPr>
      <w:r>
        <w:t>Eine ärztliche Bescheinigung vom [Datum] liegt vor. Darin wird die Fortführung der Therapie als weiterhin medizinisch indiziert beurteilt.</w:t>
      </w:r>
    </w:p>
    <w:p>
      <w:pPr>
        <w:pStyle w:val="ListBullet"/>
        <w:spacing w:after="60"/>
      </w:pPr>
      <w:r>
        <w:t>Ich habe die Krankenkasse am [Datum] schriftlich um Klärung gebeten. [Bislang keine Antwort / Antwort vom [Datum] mit folgendem Inhalt: …]</w:t>
      </w:r>
    </w:p>
    <w:p>
      <w:pPr>
        <w:pStyle w:val="ListBullet"/>
        <w:spacing w:after="60"/>
      </w:pPr>
      <w:r>
        <w:t>Eine eigenständige Finanzierung der Therapie ist mir nicht möglich. Ohne eine vorläufige Kostenübernahme kann ich die ärztlich verordnete Behandlung nach Verbrauch meines Vorrats nicht fortsetzen.</w:t>
      </w:r>
    </w:p>
    <w:p>
      <w:pPr>
        <w:pStyle w:val="ListBullet"/>
        <w:spacing w:after="60"/>
      </w:pPr>
      <w:r>
        <w:t>Die vorstehenden Angaben sind nach bestem Wissen vollständig und wahr.</w:t>
      </w:r>
    </w:p>
    <w:p>
      <w:r>
        <w:t>[Ort], den [Datum]</w:t>
      </w:r>
    </w:p>
    <w:p>
      <w:pPr>
        <w:spacing w:after="40"/>
      </w:pPr>
    </w:p>
    <w:p>
      <w:pPr>
        <w:spacing w:after="40"/>
      </w:pPr>
    </w:p>
    <w:p>
      <w:r>
        <w:t>_______________________________</w:t>
      </w:r>
    </w:p>
    <w:p>
      <w:r>
        <w:t>[Vorname Nachname]</w:t>
      </w:r>
    </w:p>
    <w:p/>
    <w:p>
      <w:pPr>
        <w:shd w:val="clear" w:color="auto" w:fill="F3F1EB"/>
      </w:pPr>
      <w:r>
        <w:rPr>
          <w:i/>
          <w:color w:val="4A5A53"/>
          <w:sz w:val="17"/>
        </w:rPr>
        <w:t>Dieses Muster stammt von 420help.de und ist eine allgemeine Formulierungshilfe. Es ersetzt keine individuelle Rechtsberatung. Alle Platzhalter in eckigen Klammern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